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64B22" w:rsidRPr="00C9690B" w14:paraId="39096346" w14:textId="77777777"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5700B" w14:textId="77777777" w:rsidR="00064B22" w:rsidRPr="00C9690B" w:rsidRDefault="00486AE7">
            <w:pPr>
              <w:rPr>
                <w:sz w:val="22"/>
              </w:rPr>
            </w:pPr>
            <w:r w:rsidRPr="00C9690B">
              <w:rPr>
                <w:sz w:val="22"/>
              </w:rPr>
              <w:t>D</w:t>
            </w:r>
            <w:r w:rsidRPr="00C9690B">
              <w:rPr>
                <w:sz w:val="22"/>
              </w:rPr>
              <w:t>ate: August 20, 2026</w:t>
            </w:r>
          </w:p>
        </w:tc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3AED" w14:textId="77777777" w:rsidR="00064B22" w:rsidRPr="00C9690B" w:rsidRDefault="00486AE7">
            <w:pPr>
              <w:jc w:val="right"/>
              <w:rPr>
                <w:sz w:val="22"/>
              </w:rPr>
            </w:pPr>
            <w:r w:rsidRPr="00C9690B">
              <w:rPr>
                <w:noProof/>
                <w:sz w:val="22"/>
              </w:rPr>
              <w:drawing>
                <wp:inline distT="0" distB="0" distL="0" distR="0" wp14:anchorId="22AA90D4" wp14:editId="0482DED3">
                  <wp:extent cx="2514600" cy="742194"/>
                  <wp:effectExtent l="0" t="0" r="0" b="0"/>
                  <wp:docPr id="1" name="Picture 1" descr="Plantworks Nursery logo" title="Plantworks Nurs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742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3251B7" w14:textId="77777777" w:rsidR="00064B22" w:rsidRPr="00C9690B" w:rsidRDefault="00064B22">
      <w:pPr>
        <w:spacing w:after="40"/>
        <w:rPr>
          <w:sz w:val="22"/>
        </w:rPr>
      </w:pPr>
    </w:p>
    <w:p w14:paraId="7D75B8C9" w14:textId="77777777" w:rsidR="00064B22" w:rsidRPr="00C9690B" w:rsidRDefault="00486AE7">
      <w:pPr>
        <w:keepNext/>
        <w:rPr>
          <w:sz w:val="22"/>
        </w:rPr>
      </w:pPr>
      <w:r w:rsidRPr="00C9690B">
        <w:rPr>
          <w:b/>
          <w:sz w:val="22"/>
        </w:rPr>
        <w:t xml:space="preserve">Position: </w:t>
      </w:r>
      <w:r w:rsidRPr="00C9690B">
        <w:rPr>
          <w:sz w:val="22"/>
        </w:rPr>
        <w:t>Logistics Manager</w:t>
      </w:r>
    </w:p>
    <w:p w14:paraId="283EF906" w14:textId="77777777" w:rsidR="00064B22" w:rsidRPr="00C9690B" w:rsidRDefault="00486AE7">
      <w:pPr>
        <w:keepNext/>
        <w:spacing w:after="160"/>
        <w:rPr>
          <w:sz w:val="22"/>
        </w:rPr>
      </w:pPr>
      <w:r w:rsidRPr="00C9690B">
        <w:rPr>
          <w:b/>
          <w:sz w:val="22"/>
        </w:rPr>
        <w:t xml:space="preserve">Reports to: </w:t>
      </w:r>
      <w:r w:rsidRPr="00C9690B">
        <w:rPr>
          <w:sz w:val="22"/>
        </w:rPr>
        <w:t>President</w:t>
      </w:r>
    </w:p>
    <w:p w14:paraId="12E4145A" w14:textId="77777777" w:rsidR="00064B22" w:rsidRPr="00C9690B" w:rsidRDefault="00486AE7">
      <w:pPr>
        <w:keepNext/>
        <w:spacing w:after="40"/>
        <w:rPr>
          <w:sz w:val="22"/>
        </w:rPr>
      </w:pPr>
      <w:r w:rsidRPr="00C9690B">
        <w:rPr>
          <w:b/>
          <w:sz w:val="22"/>
        </w:rPr>
        <w:t>Description</w:t>
      </w:r>
    </w:p>
    <w:p w14:paraId="52ED8AE0" w14:textId="4E68503D" w:rsidR="00064B22" w:rsidRPr="00C9690B" w:rsidRDefault="00486AE7">
      <w:pPr>
        <w:spacing w:after="80"/>
        <w:rPr>
          <w:sz w:val="22"/>
        </w:rPr>
      </w:pPr>
      <w:r w:rsidRPr="00C9690B">
        <w:rPr>
          <w:sz w:val="22"/>
        </w:rPr>
        <w:t xml:space="preserve">The Logistics Manager owns the safe, accurate, and efficient movement of products into and out of Plantworks Nursery. As a leadership-level role, this position provides Leadership, Management, and Accountability (LMA) for the shipping team; directs routing and delivery schedules; coordinates drivers and freight brokers; and ensures shipping, receiving, and fleet readiness </w:t>
      </w:r>
      <w:r w:rsidR="004938E6">
        <w:rPr>
          <w:sz w:val="22"/>
        </w:rPr>
        <w:t xml:space="preserve">to </w:t>
      </w:r>
      <w:r w:rsidRPr="00C9690B">
        <w:rPr>
          <w:sz w:val="22"/>
        </w:rPr>
        <w:t>support customers and nursery operations.</w:t>
      </w:r>
    </w:p>
    <w:p w14:paraId="11C197D1" w14:textId="77777777" w:rsidR="00C9690B" w:rsidRPr="00C9690B" w:rsidRDefault="00C9690B">
      <w:pPr>
        <w:spacing w:after="80"/>
        <w:rPr>
          <w:sz w:val="22"/>
        </w:rPr>
      </w:pPr>
    </w:p>
    <w:p w14:paraId="7DF58678" w14:textId="77777777" w:rsidR="00064B22" w:rsidRPr="00C9690B" w:rsidRDefault="00486AE7">
      <w:pPr>
        <w:keepNext/>
        <w:spacing w:after="20"/>
        <w:rPr>
          <w:sz w:val="22"/>
        </w:rPr>
      </w:pPr>
      <w:r w:rsidRPr="00C9690B">
        <w:rPr>
          <w:b/>
          <w:sz w:val="22"/>
        </w:rPr>
        <w:t>Key Responsibilities</w:t>
      </w:r>
    </w:p>
    <w:p w14:paraId="4F34944B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Provide LMA for drivers and the shipping team: establish expectations, assign priorities, coach performance, solve issues, and hold the team accountable for results and safety.</w:t>
      </w:r>
    </w:p>
    <w:p w14:paraId="2F29CDE6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Build and manage efficient daily and seasonal delivery routes and schedules based on customer commitments, product readiness, vehicle capacity, geography, labor, and cost.</w:t>
      </w:r>
    </w:p>
    <w:p w14:paraId="71CCC36C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Coordinate with drivers regarding assignments, route changes, paperwork, delays, customer needs, incidents, and safe operating expectations.</w:t>
      </w:r>
    </w:p>
    <w:p w14:paraId="57720264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Source, schedule, and communicate with freight brokers and outside carriers; confirm rates, capacity, pickup and delivery details, documentation, and service performance.</w:t>
      </w:r>
    </w:p>
    <w:p w14:paraId="4BD28F6B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Own shipping from order readiness through loading and dispatch; verify product, quantities, condition, labeling, paperwork, load sequence, and securement.</w:t>
      </w:r>
    </w:p>
    <w:p w14:paraId="67D4D496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Facilitate receiving by coordinating handoff to the appropriate nursery team.</w:t>
      </w:r>
    </w:p>
    <w:p w14:paraId="6AEC5ABA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Schedule preventive maintenance for the box-truck fleet.</w:t>
      </w:r>
    </w:p>
    <w:p w14:paraId="0861826B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Maintain accurate delivery, receiving, maintenance, inspection, fuel, and carrier records; monitor compliance requirements and ensure information is accessible.</w:t>
      </w:r>
    </w:p>
    <w:p w14:paraId="1FD4E544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Track and communicate customer plant returns to the Sales and Growing teams.</w:t>
      </w:r>
    </w:p>
    <w:p w14:paraId="456C237D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Partner with Sales, Production, Facilities, and Management to forecast needs, resolve constraints, improve processes, and communicate risks before they affect customers.</w:t>
      </w:r>
    </w:p>
    <w:p w14:paraId="609A5EAE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Continuously improve shipping processes for safety, accuracy, efficiency, and service.</w:t>
      </w:r>
    </w:p>
    <w:p w14:paraId="1D2F251C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Work with the Leadership Team to identify and resolve key issues.</w:t>
      </w:r>
    </w:p>
    <w:p w14:paraId="34AF6C3A" w14:textId="77777777" w:rsidR="00064B22" w:rsidRPr="00C9690B" w:rsidRDefault="00064B22">
      <w:pPr>
        <w:spacing w:after="40"/>
        <w:rPr>
          <w:sz w:val="22"/>
        </w:rPr>
      </w:pPr>
    </w:p>
    <w:p w14:paraId="48D7CABB" w14:textId="6F850C99" w:rsidR="00064B22" w:rsidRPr="00C9690B" w:rsidRDefault="00486AE7">
      <w:pPr>
        <w:keepNext/>
        <w:spacing w:after="20"/>
        <w:rPr>
          <w:sz w:val="22"/>
        </w:rPr>
      </w:pPr>
      <w:r w:rsidRPr="00C9690B">
        <w:rPr>
          <w:b/>
          <w:sz w:val="22"/>
        </w:rPr>
        <w:t>Knowledge, Skills, and Abilities</w:t>
      </w:r>
    </w:p>
    <w:p w14:paraId="198943B9" w14:textId="7AC5CFDF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Demonstrate</w:t>
      </w:r>
      <w:r w:rsidRPr="00C9690B">
        <w:rPr>
          <w:sz w:val="22"/>
        </w:rPr>
        <w:t xml:space="preserve"> leadership and team-management ability, with clear communication, sound judg</w:t>
      </w:r>
      <w:r w:rsidR="004938E6">
        <w:rPr>
          <w:sz w:val="22"/>
        </w:rPr>
        <w:t>e</w:t>
      </w:r>
      <w:r w:rsidRPr="00C9690B">
        <w:rPr>
          <w:sz w:val="22"/>
        </w:rPr>
        <w:t>ment, accountability, and calm problem-solving under changing conditions.</w:t>
      </w:r>
    </w:p>
    <w:p w14:paraId="41F7D73D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P</w:t>
      </w:r>
      <w:r w:rsidRPr="00C9690B">
        <w:rPr>
          <w:sz w:val="22"/>
        </w:rPr>
        <w:t>revious experience with routing, dispatch, delivery scheduling, shipping, receiving, fleet coordination, freight brokers, or a closely related logistics operation.</w:t>
      </w:r>
    </w:p>
    <w:p w14:paraId="5C09207E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Strong organization and attention to detail; able to prioritize competing customer, staffing, equipment, and production requirements.</w:t>
      </w:r>
    </w:p>
    <w:p w14:paraId="653059BD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Working knowledge of safe loading, vehicle and equipment inspections, transportation documentation, and preventive-maintenance practices.</w:t>
      </w:r>
    </w:p>
    <w:p w14:paraId="0AEF8AF2" w14:textId="4E73E24E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 xml:space="preserve">Able to work across office, </w:t>
      </w:r>
      <w:r w:rsidR="004938E6">
        <w:rPr>
          <w:sz w:val="22"/>
        </w:rPr>
        <w:t>field</w:t>
      </w:r>
      <w:r w:rsidRPr="00C9690B">
        <w:rPr>
          <w:sz w:val="22"/>
        </w:rPr>
        <w:t>, loading, and nursery environments; schedule flexibility and reliable transportation required.</w:t>
      </w:r>
    </w:p>
    <w:p w14:paraId="22B20CE1" w14:textId="77777777" w:rsidR="00064B22" w:rsidRPr="00C9690B" w:rsidRDefault="00486AE7">
      <w:pPr>
        <w:pStyle w:val="ListBullet"/>
        <w:keepLines/>
        <w:ind w:hanging="259"/>
        <w:rPr>
          <w:sz w:val="22"/>
        </w:rPr>
      </w:pPr>
      <w:r w:rsidRPr="00C9690B">
        <w:rPr>
          <w:sz w:val="22"/>
        </w:rPr>
        <w:t>Valid North Carolina driver's license.</w:t>
      </w:r>
    </w:p>
    <w:p w14:paraId="23A4D899" w14:textId="77777777" w:rsidR="00064B22" w:rsidRPr="00C9690B" w:rsidRDefault="00064B22">
      <w:pPr>
        <w:spacing w:after="40"/>
        <w:rPr>
          <w:sz w:val="22"/>
        </w:rPr>
      </w:pPr>
    </w:p>
    <w:p w14:paraId="06163CA7" w14:textId="77777777" w:rsidR="00064B22" w:rsidRPr="00C9690B" w:rsidRDefault="00486AE7">
      <w:pPr>
        <w:keepNext/>
        <w:spacing w:after="40"/>
        <w:rPr>
          <w:sz w:val="22"/>
        </w:rPr>
      </w:pPr>
      <w:r w:rsidRPr="00C9690B">
        <w:rPr>
          <w:b/>
          <w:sz w:val="22"/>
        </w:rPr>
        <w:t>Core Values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064B22" w14:paraId="10A33415" w14:textId="77777777"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188B2" w14:textId="77777777" w:rsidR="00064B22" w:rsidRDefault="00486AE7">
            <w:pPr>
              <w:spacing w:after="20"/>
            </w:pPr>
            <w:r>
              <w:rPr>
                <w:b/>
                <w:sz w:val="16"/>
              </w:rPr>
              <w:t>Work Hard</w:t>
            </w:r>
            <w:r>
              <w:rPr>
                <w:b/>
                <w:sz w:val="16"/>
              </w:rPr>
              <w:br/>
            </w:r>
            <w:r>
              <w:rPr>
                <w:sz w:val="14"/>
              </w:rPr>
              <w:t>Bring energy, sound judgment, and full effort to productive work.</w:t>
            </w:r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5C6B8" w14:textId="77777777" w:rsidR="00064B22" w:rsidRDefault="00486AE7">
            <w:pPr>
              <w:spacing w:after="20"/>
            </w:pPr>
            <w:r>
              <w:rPr>
                <w:b/>
                <w:sz w:val="16"/>
              </w:rPr>
              <w:t>Be Your Best</w:t>
            </w:r>
            <w:r>
              <w:rPr>
                <w:b/>
                <w:sz w:val="16"/>
              </w:rPr>
              <w:br/>
            </w:r>
            <w:r>
              <w:rPr>
                <w:sz w:val="14"/>
              </w:rPr>
              <w:t>Set high standards, build new skills, improve continuously, and celebrate progress.</w:t>
            </w:r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54135" w14:textId="77777777" w:rsidR="00064B22" w:rsidRDefault="00486AE7">
            <w:pPr>
              <w:spacing w:after="20"/>
            </w:pPr>
            <w:r>
              <w:rPr>
                <w:b/>
                <w:sz w:val="16"/>
              </w:rPr>
              <w:t>Always There to Help</w:t>
            </w:r>
            <w:r>
              <w:rPr>
                <w:b/>
                <w:sz w:val="16"/>
              </w:rPr>
              <w:br/>
            </w:r>
            <w:r>
              <w:rPr>
                <w:sz w:val="14"/>
              </w:rPr>
              <w:t>Be dependable, supportive, and ready to contribute across the team.</w:t>
            </w:r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36937" w14:textId="77777777" w:rsidR="00064B22" w:rsidRDefault="00486AE7">
            <w:pPr>
              <w:spacing w:after="20"/>
            </w:pPr>
            <w:r>
              <w:rPr>
                <w:b/>
                <w:sz w:val="16"/>
              </w:rPr>
              <w:t>Be Consistent</w:t>
            </w:r>
            <w:r>
              <w:rPr>
                <w:b/>
                <w:sz w:val="16"/>
              </w:rPr>
              <w:br/>
            </w:r>
            <w:r>
              <w:rPr>
                <w:sz w:val="14"/>
              </w:rPr>
              <w:t>Treat people fairly and follow clear, reliable routines and procedures.</w:t>
            </w:r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85073" w14:textId="77777777" w:rsidR="00064B22" w:rsidRDefault="00486AE7">
            <w:pPr>
              <w:spacing w:after="20"/>
            </w:pPr>
            <w:r>
              <w:rPr>
                <w:b/>
                <w:sz w:val="16"/>
              </w:rPr>
              <w:t>Finish It</w:t>
            </w:r>
            <w:r>
              <w:rPr>
                <w:b/>
                <w:sz w:val="16"/>
              </w:rPr>
              <w:br/>
            </w:r>
            <w:r>
              <w:rPr>
                <w:sz w:val="14"/>
              </w:rPr>
              <w:t>Stay accountable and persistent until the work is complete.</w:t>
            </w:r>
          </w:p>
        </w:tc>
      </w:tr>
    </w:tbl>
    <w:p w14:paraId="6011B71C" w14:textId="77777777" w:rsidR="00486AE7" w:rsidRDefault="00486AE7"/>
    <w:sectPr w:rsidR="00486AE7" w:rsidSect="00C9690B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8548406">
    <w:abstractNumId w:val="8"/>
  </w:num>
  <w:num w:numId="2" w16cid:durableId="1049568627">
    <w:abstractNumId w:val="6"/>
  </w:num>
  <w:num w:numId="3" w16cid:durableId="1251769338">
    <w:abstractNumId w:val="5"/>
  </w:num>
  <w:num w:numId="4" w16cid:durableId="1791239311">
    <w:abstractNumId w:val="4"/>
  </w:num>
  <w:num w:numId="5" w16cid:durableId="504981362">
    <w:abstractNumId w:val="7"/>
  </w:num>
  <w:num w:numId="6" w16cid:durableId="1442412019">
    <w:abstractNumId w:val="3"/>
  </w:num>
  <w:num w:numId="7" w16cid:durableId="130708194">
    <w:abstractNumId w:val="2"/>
  </w:num>
  <w:num w:numId="8" w16cid:durableId="2091147274">
    <w:abstractNumId w:val="1"/>
  </w:num>
  <w:num w:numId="9" w16cid:durableId="138583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B22"/>
    <w:rsid w:val="0015074B"/>
    <w:rsid w:val="0029639D"/>
    <w:rsid w:val="00326F90"/>
    <w:rsid w:val="00486AE7"/>
    <w:rsid w:val="004938E6"/>
    <w:rsid w:val="0091779D"/>
    <w:rsid w:val="00AA1D8D"/>
    <w:rsid w:val="00B47730"/>
    <w:rsid w:val="00C9690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BF6387"/>
  <w14:defaultImageDpi w14:val="300"/>
  <w15:docId w15:val="{BA157DAE-A971-49E2-9BBF-6C26FD60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Plantworks Nursery - Logistics Manager</dc:title>
  <dc:subject>Job description in Plantworks Nursery legacy layout</dc:subject>
  <dc:creator>Plantworks Nursery</dc:creator>
  <cp:keywords/>
  <dc:description>generated by python-docx</dc:description>
  <cp:lastModifiedBy>Dana Massey</cp:lastModifiedBy>
  <cp:revision>3</cp:revision>
  <dcterms:created xsi:type="dcterms:W3CDTF">2013-12-23T23:15:00Z</dcterms:created>
  <dcterms:modified xsi:type="dcterms:W3CDTF">2026-08-20T19:33:00Z</dcterms:modified>
  <cp:category/>
</cp:coreProperties>
</file>